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EB47" w14:textId="7E043BA6" w:rsidR="009C3C04" w:rsidRDefault="004A4FC7">
      <w:pPr>
        <w:jc w:val="center"/>
        <w:rPr>
          <w:b/>
          <w:sz w:val="32"/>
          <w:lang w:eastAsia="ja-JP"/>
        </w:rPr>
      </w:pPr>
      <w:r>
        <w:rPr>
          <w:rFonts w:hint="eastAsia"/>
          <w:b/>
          <w:sz w:val="32"/>
          <w:lang w:eastAsia="ja-JP"/>
        </w:rPr>
        <w:t>敦賀市休日急患センター</w:t>
      </w:r>
    </w:p>
    <w:p w14:paraId="76FC72BB" w14:textId="76766DD1" w:rsidR="00D37C5E" w:rsidRDefault="009D3ECC">
      <w:pPr>
        <w:jc w:val="center"/>
        <w:rPr>
          <w:lang w:eastAsia="ja-JP"/>
        </w:rPr>
      </w:pPr>
      <w:r>
        <w:rPr>
          <w:b/>
          <w:sz w:val="32"/>
          <w:lang w:eastAsia="ja-JP"/>
        </w:rPr>
        <w:t>胸部エックス線検査受診状況確認書</w:t>
      </w:r>
    </w:p>
    <w:p w14:paraId="4E8E871E" w14:textId="77777777" w:rsidR="00FD0D21" w:rsidRPr="00FD0D21" w:rsidRDefault="00FD0D21" w:rsidP="00FD0D21">
      <w:pPr>
        <w:rPr>
          <w:sz w:val="12"/>
          <w:szCs w:val="12"/>
          <w:lang w:eastAsia="ja-JP"/>
        </w:rPr>
      </w:pPr>
      <w:r>
        <w:rPr>
          <w:sz w:val="28"/>
          <w:szCs w:val="28"/>
          <w:lang w:eastAsia="ja-JP"/>
        </w:rPr>
        <w:t xml:space="preserve">　</w:t>
      </w:r>
    </w:p>
    <w:p w14:paraId="2F981590" w14:textId="10E57A39" w:rsidR="00FD0D21" w:rsidRPr="007D51C0" w:rsidRDefault="00FD0D21" w:rsidP="00FD0D21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下記の</w:t>
      </w:r>
      <w:r w:rsidRPr="007D51C0">
        <w:rPr>
          <w:sz w:val="28"/>
          <w:szCs w:val="28"/>
          <w:lang w:eastAsia="ja-JP"/>
        </w:rPr>
        <w:t>内容に相違ありません。</w:t>
      </w:r>
    </w:p>
    <w:p w14:paraId="0215226D" w14:textId="77777777" w:rsidR="00FD0D21" w:rsidRPr="00FD0D21" w:rsidRDefault="00FD0D21" w:rsidP="00FD0D21">
      <w:pPr>
        <w:jc w:val="right"/>
        <w:rPr>
          <w:sz w:val="12"/>
          <w:szCs w:val="12"/>
          <w:lang w:eastAsia="ja-JP"/>
        </w:rPr>
      </w:pPr>
    </w:p>
    <w:p w14:paraId="62428ED0" w14:textId="3B45DBFC" w:rsidR="00FD0D21" w:rsidRDefault="00FD0D21" w:rsidP="00FD0D21">
      <w:pPr>
        <w:jc w:val="right"/>
        <w:rPr>
          <w:sz w:val="28"/>
          <w:szCs w:val="28"/>
          <w:lang w:eastAsia="ja-JP"/>
        </w:rPr>
      </w:pPr>
      <w:proofErr w:type="spellStart"/>
      <w:r w:rsidRPr="007D51C0">
        <w:rPr>
          <w:sz w:val="28"/>
          <w:szCs w:val="28"/>
        </w:rPr>
        <w:t>提出日：令和</w:t>
      </w:r>
      <w:proofErr w:type="spellEnd"/>
      <w:r>
        <w:rPr>
          <w:rFonts w:hint="eastAsia"/>
          <w:sz w:val="28"/>
          <w:szCs w:val="28"/>
          <w:lang w:eastAsia="ja-JP"/>
        </w:rPr>
        <w:t>８</w:t>
      </w:r>
      <w:r w:rsidRPr="007D51C0">
        <w:rPr>
          <w:sz w:val="28"/>
          <w:szCs w:val="28"/>
        </w:rPr>
        <w:t xml:space="preserve"> </w:t>
      </w:r>
      <w:r w:rsidRPr="007D51C0">
        <w:rPr>
          <w:sz w:val="28"/>
          <w:szCs w:val="28"/>
        </w:rPr>
        <w:t xml:space="preserve">年　　</w:t>
      </w:r>
      <w:r w:rsidRPr="007D51C0">
        <w:rPr>
          <w:sz w:val="28"/>
          <w:szCs w:val="28"/>
        </w:rPr>
        <w:t xml:space="preserve"> </w:t>
      </w:r>
      <w:r w:rsidRPr="007D51C0">
        <w:rPr>
          <w:sz w:val="28"/>
          <w:szCs w:val="28"/>
        </w:rPr>
        <w:t xml:space="preserve">月　　</w:t>
      </w:r>
      <w:r w:rsidRPr="007D51C0">
        <w:rPr>
          <w:sz w:val="28"/>
          <w:szCs w:val="28"/>
        </w:rPr>
        <w:t xml:space="preserve"> </w:t>
      </w:r>
      <w:r w:rsidRPr="007D51C0">
        <w:rPr>
          <w:sz w:val="28"/>
          <w:szCs w:val="28"/>
        </w:rPr>
        <w:t>日</w:t>
      </w:r>
    </w:p>
    <w:p w14:paraId="5C817A26" w14:textId="77777777" w:rsidR="00FD0D21" w:rsidRPr="00FD0D21" w:rsidRDefault="00FD0D21" w:rsidP="00FD0D21">
      <w:pPr>
        <w:jc w:val="right"/>
        <w:rPr>
          <w:sz w:val="12"/>
          <w:szCs w:val="12"/>
          <w:lang w:eastAsia="ja-JP"/>
        </w:rPr>
      </w:pP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792"/>
      </w:tblGrid>
      <w:tr w:rsidR="00D37C5E" w14:paraId="67E4B9AC" w14:textId="77777777" w:rsidTr="006403CE">
        <w:trPr>
          <w:trHeight w:val="851"/>
          <w:jc w:val="center"/>
        </w:trPr>
        <w:tc>
          <w:tcPr>
            <w:tcW w:w="1838" w:type="dxa"/>
            <w:vAlign w:val="center"/>
          </w:tcPr>
          <w:p w14:paraId="44233D1F" w14:textId="77777777" w:rsidR="00D37C5E" w:rsidRPr="006403CE" w:rsidRDefault="009D3ECC" w:rsidP="006403CE">
            <w:pPr>
              <w:jc w:val="center"/>
              <w:rPr>
                <w:sz w:val="28"/>
                <w:szCs w:val="28"/>
              </w:rPr>
            </w:pPr>
            <w:proofErr w:type="spellStart"/>
            <w:r w:rsidRPr="006403CE">
              <w:rPr>
                <w:sz w:val="28"/>
                <w:szCs w:val="28"/>
              </w:rPr>
              <w:t>氏名</w:t>
            </w:r>
            <w:proofErr w:type="spellEnd"/>
          </w:p>
        </w:tc>
        <w:tc>
          <w:tcPr>
            <w:tcW w:w="6792" w:type="dxa"/>
            <w:vAlign w:val="center"/>
          </w:tcPr>
          <w:p w14:paraId="5DAB6C7B" w14:textId="77777777" w:rsidR="00D37C5E" w:rsidRPr="006403CE" w:rsidRDefault="00D37C5E">
            <w:pPr>
              <w:rPr>
                <w:sz w:val="28"/>
                <w:szCs w:val="28"/>
              </w:rPr>
            </w:pPr>
          </w:p>
        </w:tc>
      </w:tr>
      <w:tr w:rsidR="00D37C5E" w14:paraId="34156F54" w14:textId="77777777" w:rsidTr="007D51C0">
        <w:trPr>
          <w:trHeight w:val="1224"/>
          <w:jc w:val="center"/>
        </w:trPr>
        <w:tc>
          <w:tcPr>
            <w:tcW w:w="1838" w:type="dxa"/>
            <w:vAlign w:val="center"/>
          </w:tcPr>
          <w:p w14:paraId="1EAEA108" w14:textId="1E5953C8" w:rsidR="00D37C5E" w:rsidRPr="006403CE" w:rsidRDefault="007D51C0" w:rsidP="006403C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ja-JP"/>
              </w:rPr>
              <w:t>職名</w:t>
            </w:r>
          </w:p>
        </w:tc>
        <w:tc>
          <w:tcPr>
            <w:tcW w:w="6792" w:type="dxa"/>
            <w:vAlign w:val="center"/>
          </w:tcPr>
          <w:p w14:paraId="39492699" w14:textId="00E3FB9B" w:rsidR="00D37C5E" w:rsidRDefault="007D51C0" w:rsidP="007D51C0">
            <w:pPr>
              <w:spacing w:line="360" w:lineRule="auto"/>
              <w:rPr>
                <w:sz w:val="28"/>
                <w:szCs w:val="28"/>
                <w:lang w:eastAsia="ja-JP"/>
              </w:rPr>
            </w:pPr>
            <w:r>
              <w:rPr>
                <w:rFonts w:hint="eastAsia"/>
                <w:sz w:val="28"/>
                <w:szCs w:val="28"/>
                <w:lang w:eastAsia="ja-JP"/>
              </w:rPr>
              <w:t>内科医師　・　小児科医師　・　歯科医師</w:t>
            </w:r>
          </w:p>
          <w:p w14:paraId="02EB378F" w14:textId="6B99BB9A" w:rsidR="007D51C0" w:rsidRPr="006403CE" w:rsidRDefault="007D51C0" w:rsidP="007D51C0">
            <w:pPr>
              <w:spacing w:line="360" w:lineRule="auto"/>
              <w:rPr>
                <w:sz w:val="28"/>
                <w:szCs w:val="28"/>
                <w:lang w:eastAsia="ja-JP"/>
              </w:rPr>
            </w:pPr>
            <w:r>
              <w:rPr>
                <w:rFonts w:hint="eastAsia"/>
                <w:sz w:val="28"/>
                <w:szCs w:val="28"/>
                <w:lang w:eastAsia="ja-JP"/>
              </w:rPr>
              <w:t xml:space="preserve">薬剤師　・　看護師　・　歯科衛生士　</w:t>
            </w:r>
            <w:r w:rsidR="00683F4B">
              <w:rPr>
                <w:rFonts w:hint="eastAsia"/>
                <w:sz w:val="28"/>
                <w:szCs w:val="28"/>
                <w:lang w:eastAsia="ja-JP"/>
              </w:rPr>
              <w:t>・　事務</w:t>
            </w:r>
          </w:p>
        </w:tc>
      </w:tr>
      <w:tr w:rsidR="00D37C5E" w14:paraId="6431AB75" w14:textId="77777777" w:rsidTr="006403CE">
        <w:trPr>
          <w:trHeight w:val="851"/>
          <w:jc w:val="center"/>
        </w:trPr>
        <w:tc>
          <w:tcPr>
            <w:tcW w:w="1838" w:type="dxa"/>
            <w:vAlign w:val="center"/>
          </w:tcPr>
          <w:p w14:paraId="22C84448" w14:textId="77777777" w:rsidR="00D37C5E" w:rsidRPr="006403CE" w:rsidRDefault="009D3ECC" w:rsidP="006403CE">
            <w:pPr>
              <w:jc w:val="center"/>
              <w:rPr>
                <w:sz w:val="28"/>
                <w:szCs w:val="28"/>
              </w:rPr>
            </w:pPr>
            <w:proofErr w:type="spellStart"/>
            <w:r w:rsidRPr="006403CE">
              <w:rPr>
                <w:sz w:val="28"/>
                <w:szCs w:val="28"/>
              </w:rPr>
              <w:t>受診日</w:t>
            </w:r>
            <w:proofErr w:type="spellEnd"/>
          </w:p>
        </w:tc>
        <w:tc>
          <w:tcPr>
            <w:tcW w:w="6792" w:type="dxa"/>
            <w:vAlign w:val="center"/>
          </w:tcPr>
          <w:p w14:paraId="1E7B712C" w14:textId="77777777" w:rsidR="00D37C5E" w:rsidRPr="006403CE" w:rsidRDefault="009D3ECC">
            <w:pPr>
              <w:rPr>
                <w:sz w:val="28"/>
                <w:szCs w:val="28"/>
              </w:rPr>
            </w:pPr>
            <w:r w:rsidRPr="006403CE">
              <w:rPr>
                <w:sz w:val="28"/>
                <w:szCs w:val="28"/>
              </w:rPr>
              <w:t xml:space="preserve">令和　　</w:t>
            </w:r>
            <w:r w:rsidRPr="006403CE">
              <w:rPr>
                <w:sz w:val="28"/>
                <w:szCs w:val="28"/>
              </w:rPr>
              <w:t xml:space="preserve"> </w:t>
            </w:r>
            <w:r w:rsidRPr="006403CE">
              <w:rPr>
                <w:sz w:val="28"/>
                <w:szCs w:val="28"/>
              </w:rPr>
              <w:t xml:space="preserve">年　　</w:t>
            </w:r>
            <w:r w:rsidRPr="006403CE">
              <w:rPr>
                <w:sz w:val="28"/>
                <w:szCs w:val="28"/>
              </w:rPr>
              <w:t xml:space="preserve"> </w:t>
            </w:r>
            <w:r w:rsidRPr="006403CE">
              <w:rPr>
                <w:sz w:val="28"/>
                <w:szCs w:val="28"/>
              </w:rPr>
              <w:t xml:space="preserve">月　　</w:t>
            </w:r>
            <w:r w:rsidRPr="006403CE">
              <w:rPr>
                <w:sz w:val="28"/>
                <w:szCs w:val="28"/>
              </w:rPr>
              <w:t xml:space="preserve"> </w:t>
            </w:r>
            <w:r w:rsidRPr="006403CE">
              <w:rPr>
                <w:sz w:val="28"/>
                <w:szCs w:val="28"/>
              </w:rPr>
              <w:t>日</w:t>
            </w:r>
          </w:p>
        </w:tc>
      </w:tr>
      <w:tr w:rsidR="00D37C5E" w14:paraId="7E05B32E" w14:textId="77777777" w:rsidTr="006403CE">
        <w:trPr>
          <w:trHeight w:val="851"/>
          <w:jc w:val="center"/>
        </w:trPr>
        <w:tc>
          <w:tcPr>
            <w:tcW w:w="1838" w:type="dxa"/>
            <w:vAlign w:val="center"/>
          </w:tcPr>
          <w:p w14:paraId="28854261" w14:textId="2369DEF0" w:rsidR="00D37C5E" w:rsidRPr="006403CE" w:rsidRDefault="009D3ECC" w:rsidP="006403CE">
            <w:pPr>
              <w:jc w:val="center"/>
              <w:rPr>
                <w:sz w:val="28"/>
                <w:szCs w:val="28"/>
                <w:lang w:eastAsia="ja-JP"/>
              </w:rPr>
            </w:pPr>
            <w:r w:rsidRPr="006403CE">
              <w:rPr>
                <w:sz w:val="28"/>
                <w:szCs w:val="28"/>
              </w:rPr>
              <w:t>受診</w:t>
            </w:r>
            <w:r w:rsidR="006403CE">
              <w:rPr>
                <w:rFonts w:hint="eastAsia"/>
                <w:sz w:val="28"/>
                <w:szCs w:val="28"/>
                <w:lang w:eastAsia="ja-JP"/>
              </w:rPr>
              <w:t>場所</w:t>
            </w:r>
          </w:p>
        </w:tc>
        <w:tc>
          <w:tcPr>
            <w:tcW w:w="6792" w:type="dxa"/>
            <w:vAlign w:val="center"/>
          </w:tcPr>
          <w:p w14:paraId="6A05A809" w14:textId="77777777" w:rsidR="00D37C5E" w:rsidRPr="006403CE" w:rsidRDefault="00D37C5E">
            <w:pPr>
              <w:rPr>
                <w:sz w:val="28"/>
                <w:szCs w:val="28"/>
              </w:rPr>
            </w:pPr>
          </w:p>
        </w:tc>
      </w:tr>
      <w:tr w:rsidR="00D37C5E" w14:paraId="71B56577" w14:textId="77777777" w:rsidTr="007D51C0">
        <w:trPr>
          <w:trHeight w:val="1241"/>
          <w:jc w:val="center"/>
        </w:trPr>
        <w:tc>
          <w:tcPr>
            <w:tcW w:w="1838" w:type="dxa"/>
            <w:vAlign w:val="center"/>
          </w:tcPr>
          <w:p w14:paraId="08062F96" w14:textId="77777777" w:rsidR="00D37C5E" w:rsidRPr="006403CE" w:rsidRDefault="009D3ECC" w:rsidP="006403CE">
            <w:pPr>
              <w:jc w:val="center"/>
              <w:rPr>
                <w:sz w:val="28"/>
                <w:szCs w:val="28"/>
              </w:rPr>
            </w:pPr>
            <w:r w:rsidRPr="006403CE">
              <w:rPr>
                <w:sz w:val="28"/>
                <w:szCs w:val="28"/>
              </w:rPr>
              <w:t>受診結果</w:t>
            </w:r>
          </w:p>
        </w:tc>
        <w:tc>
          <w:tcPr>
            <w:tcW w:w="6792" w:type="dxa"/>
            <w:vAlign w:val="center"/>
          </w:tcPr>
          <w:p w14:paraId="7245AC8A" w14:textId="6F929CC0" w:rsidR="007D51C0" w:rsidRDefault="009D3ECC">
            <w:pPr>
              <w:rPr>
                <w:sz w:val="28"/>
                <w:szCs w:val="28"/>
                <w:lang w:eastAsia="ja-JP"/>
              </w:rPr>
            </w:pPr>
            <w:r w:rsidRPr="006403CE">
              <w:rPr>
                <w:sz w:val="28"/>
                <w:szCs w:val="28"/>
                <w:lang w:eastAsia="ja-JP"/>
              </w:rPr>
              <w:t xml:space="preserve">□ </w:t>
            </w:r>
            <w:r w:rsidRPr="006403CE">
              <w:rPr>
                <w:sz w:val="28"/>
                <w:szCs w:val="28"/>
                <w:lang w:eastAsia="ja-JP"/>
              </w:rPr>
              <w:t xml:space="preserve">異常なし　</w:t>
            </w:r>
            <w:r w:rsidR="007D51C0">
              <w:rPr>
                <w:rFonts w:hint="eastAsia"/>
                <w:sz w:val="28"/>
                <w:szCs w:val="28"/>
                <w:lang w:eastAsia="ja-JP"/>
              </w:rPr>
              <w:t xml:space="preserve">　</w:t>
            </w:r>
            <w:r w:rsidRPr="006403CE">
              <w:rPr>
                <w:sz w:val="28"/>
                <w:szCs w:val="28"/>
                <w:lang w:eastAsia="ja-JP"/>
              </w:rPr>
              <w:t xml:space="preserve">□ </w:t>
            </w:r>
            <w:r w:rsidRPr="006403CE">
              <w:rPr>
                <w:sz w:val="28"/>
                <w:szCs w:val="28"/>
                <w:lang w:eastAsia="ja-JP"/>
              </w:rPr>
              <w:t xml:space="preserve">経過観察　</w:t>
            </w:r>
            <w:r w:rsidR="007D51C0">
              <w:rPr>
                <w:rFonts w:hint="eastAsia"/>
                <w:sz w:val="28"/>
                <w:szCs w:val="28"/>
                <w:lang w:eastAsia="ja-JP"/>
              </w:rPr>
              <w:t xml:space="preserve">　</w:t>
            </w:r>
            <w:r w:rsidRPr="006403CE">
              <w:rPr>
                <w:sz w:val="28"/>
                <w:szCs w:val="28"/>
                <w:lang w:eastAsia="ja-JP"/>
              </w:rPr>
              <w:t xml:space="preserve">□ </w:t>
            </w:r>
            <w:r w:rsidRPr="006403CE">
              <w:rPr>
                <w:sz w:val="28"/>
                <w:szCs w:val="28"/>
                <w:lang w:eastAsia="ja-JP"/>
              </w:rPr>
              <w:t xml:space="preserve">要精密検査　</w:t>
            </w:r>
          </w:p>
          <w:p w14:paraId="39CF1E5E" w14:textId="707FCF6E" w:rsidR="00D37C5E" w:rsidRPr="006403CE" w:rsidRDefault="009D3ECC">
            <w:pPr>
              <w:rPr>
                <w:sz w:val="28"/>
                <w:szCs w:val="28"/>
                <w:lang w:eastAsia="ja-JP"/>
              </w:rPr>
            </w:pPr>
            <w:r w:rsidRPr="006403CE">
              <w:rPr>
                <w:sz w:val="28"/>
                <w:szCs w:val="28"/>
                <w:lang w:eastAsia="ja-JP"/>
              </w:rPr>
              <w:t xml:space="preserve">□ </w:t>
            </w:r>
            <w:r w:rsidRPr="006403CE">
              <w:rPr>
                <w:sz w:val="28"/>
                <w:szCs w:val="28"/>
                <w:lang w:eastAsia="ja-JP"/>
              </w:rPr>
              <w:t>その他（　　　　　　　）</w:t>
            </w:r>
          </w:p>
        </w:tc>
      </w:tr>
    </w:tbl>
    <w:p w14:paraId="5A39BBE3" w14:textId="77777777" w:rsidR="00D37C5E" w:rsidRDefault="00D37C5E">
      <w:pPr>
        <w:rPr>
          <w:lang w:eastAsia="ja-JP"/>
        </w:rPr>
      </w:pPr>
    </w:p>
    <w:p w14:paraId="56A01FA3" w14:textId="77777777" w:rsidR="007D51C0" w:rsidRPr="007D51C0" w:rsidRDefault="007D51C0" w:rsidP="007D51C0">
      <w:pPr>
        <w:jc w:val="right"/>
        <w:rPr>
          <w:sz w:val="4"/>
          <w:szCs w:val="4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　</w:t>
      </w:r>
    </w:p>
    <w:p w14:paraId="4EB442A2" w14:textId="5A06078E" w:rsidR="006403CE" w:rsidRDefault="006403CE" w:rsidP="006403CE">
      <w:pPr>
        <w:rPr>
          <w:lang w:eastAsia="ja-JP"/>
        </w:rPr>
      </w:pPr>
    </w:p>
    <w:p w14:paraId="1BCAA5C4" w14:textId="074268C4" w:rsidR="006403CE" w:rsidRPr="007D51C0" w:rsidRDefault="006403CE" w:rsidP="006403CE">
      <w:pPr>
        <w:rPr>
          <w:sz w:val="24"/>
          <w:szCs w:val="24"/>
          <w:lang w:eastAsia="ja-JP"/>
        </w:rPr>
      </w:pPr>
    </w:p>
    <w:p w14:paraId="47493325" w14:textId="1BB038DF" w:rsidR="00D37C5E" w:rsidRDefault="00D37C5E">
      <w:pPr>
        <w:rPr>
          <w:lang w:eastAsia="ja-JP"/>
        </w:rPr>
      </w:pPr>
    </w:p>
    <w:sectPr w:rsidR="00D37C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0A2F4" w14:textId="77777777" w:rsidR="00F33A88" w:rsidRDefault="00F33A88" w:rsidP="005D383B">
      <w:pPr>
        <w:spacing w:after="0" w:line="240" w:lineRule="auto"/>
      </w:pPr>
      <w:r>
        <w:separator/>
      </w:r>
    </w:p>
  </w:endnote>
  <w:endnote w:type="continuationSeparator" w:id="0">
    <w:p w14:paraId="5A95D754" w14:textId="77777777" w:rsidR="00F33A88" w:rsidRDefault="00F33A88" w:rsidP="005D3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9D3F" w14:textId="77777777" w:rsidR="00F33A88" w:rsidRDefault="00F33A88" w:rsidP="005D383B">
      <w:pPr>
        <w:spacing w:after="0" w:line="240" w:lineRule="auto"/>
      </w:pPr>
      <w:r>
        <w:separator/>
      </w:r>
    </w:p>
  </w:footnote>
  <w:footnote w:type="continuationSeparator" w:id="0">
    <w:p w14:paraId="7D53DF7B" w14:textId="77777777" w:rsidR="00F33A88" w:rsidRDefault="00F33A88" w:rsidP="005D3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911"/>
    <w:rsid w:val="0015074B"/>
    <w:rsid w:val="0029639D"/>
    <w:rsid w:val="00321355"/>
    <w:rsid w:val="00326F90"/>
    <w:rsid w:val="004A4FC7"/>
    <w:rsid w:val="004F7C6A"/>
    <w:rsid w:val="005079A1"/>
    <w:rsid w:val="005D383B"/>
    <w:rsid w:val="006403CE"/>
    <w:rsid w:val="00683F4B"/>
    <w:rsid w:val="007D51C0"/>
    <w:rsid w:val="00817C05"/>
    <w:rsid w:val="008540D5"/>
    <w:rsid w:val="009715DA"/>
    <w:rsid w:val="009C3C04"/>
    <w:rsid w:val="009D3ECC"/>
    <w:rsid w:val="00A14C70"/>
    <w:rsid w:val="00AA1D8D"/>
    <w:rsid w:val="00AB5132"/>
    <w:rsid w:val="00B47730"/>
    <w:rsid w:val="00BB66D5"/>
    <w:rsid w:val="00CB0664"/>
    <w:rsid w:val="00D2116E"/>
    <w:rsid w:val="00D37C5E"/>
    <w:rsid w:val="00D71D8B"/>
    <w:rsid w:val="00D958EE"/>
    <w:rsid w:val="00E330B4"/>
    <w:rsid w:val="00F33A88"/>
    <w:rsid w:val="00F34045"/>
    <w:rsid w:val="00FC3243"/>
    <w:rsid w:val="00FC693F"/>
    <w:rsid w:val="00FD0D21"/>
    <w:rsid w:val="00FF18FA"/>
    <w:rsid w:val="17B1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06206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D71D8B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D71D8B"/>
    <w:rPr>
      <w:color w:val="605E5C"/>
      <w:shd w:val="clear" w:color="auto" w:fill="E1DFDD"/>
    </w:rPr>
  </w:style>
  <w:style w:type="paragraph" w:styleId="aff1">
    <w:name w:val="Date"/>
    <w:basedOn w:val="a1"/>
    <w:next w:val="a1"/>
    <w:link w:val="aff2"/>
    <w:uiPriority w:val="99"/>
    <w:semiHidden/>
    <w:unhideWhenUsed/>
    <w:rsid w:val="00D71D8B"/>
  </w:style>
  <w:style w:type="character" w:customStyle="1" w:styleId="aff2">
    <w:name w:val="日付 (文字)"/>
    <w:basedOn w:val="a2"/>
    <w:link w:val="aff1"/>
    <w:uiPriority w:val="99"/>
    <w:semiHidden/>
    <w:rsid w:val="00D71D8B"/>
  </w:style>
  <w:style w:type="paragraph" w:styleId="aff3">
    <w:name w:val="Note Heading"/>
    <w:basedOn w:val="a1"/>
    <w:next w:val="a1"/>
    <w:link w:val="aff4"/>
    <w:uiPriority w:val="99"/>
    <w:unhideWhenUsed/>
    <w:rsid w:val="006403CE"/>
    <w:pPr>
      <w:jc w:val="center"/>
    </w:pPr>
    <w:rPr>
      <w:sz w:val="24"/>
      <w:szCs w:val="24"/>
      <w:lang w:eastAsia="ja-JP"/>
    </w:rPr>
  </w:style>
  <w:style w:type="character" w:customStyle="1" w:styleId="aff4">
    <w:name w:val="記 (文字)"/>
    <w:basedOn w:val="a2"/>
    <w:link w:val="aff3"/>
    <w:uiPriority w:val="99"/>
    <w:rsid w:val="006403CE"/>
    <w:rPr>
      <w:sz w:val="24"/>
      <w:szCs w:val="24"/>
      <w:lang w:eastAsia="ja-JP"/>
    </w:rPr>
  </w:style>
  <w:style w:type="paragraph" w:styleId="aff5">
    <w:name w:val="Closing"/>
    <w:basedOn w:val="a1"/>
    <w:link w:val="aff6"/>
    <w:uiPriority w:val="99"/>
    <w:unhideWhenUsed/>
    <w:rsid w:val="006403CE"/>
    <w:pPr>
      <w:jc w:val="right"/>
    </w:pPr>
    <w:rPr>
      <w:sz w:val="24"/>
      <w:szCs w:val="24"/>
      <w:lang w:eastAsia="ja-JP"/>
    </w:rPr>
  </w:style>
  <w:style w:type="character" w:customStyle="1" w:styleId="aff6">
    <w:name w:val="結語 (文字)"/>
    <w:basedOn w:val="a2"/>
    <w:link w:val="aff5"/>
    <w:uiPriority w:val="99"/>
    <w:rsid w:val="006403CE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2026-08-11T23:11:00Z</dcterms:created>
  <dcterms:modified xsi:type="dcterms:W3CDTF">2026-08-11T23:11:00Z</dcterms:modified>
  <cp:category/>
</cp:coreProperties>
</file>